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1F3A5F"/>
          <w:sz w:val="36"/>
        </w:rPr>
        <w:t>Referral Form</w:t>
      </w:r>
    </w:p>
    <w:p>
      <w:r>
        <w:rPr>
          <w:b w:val="0"/>
          <w:i/>
          <w:color w:val="444444"/>
          <w:sz w:val="21"/>
          <w:highlight w:val="yellow"/>
        </w:rPr>
        <w:t>[HOUSE NAME]</w:t>
      </w:r>
      <w:r>
        <w:rPr>
          <w:b w:val="0"/>
          <w:i/>
          <w:color w:val="444444"/>
          <w:sz w:val="21"/>
        </w:rPr>
        <w:t xml:space="preserve"> — Way of Life Ministry  •  Send to </w:t>
      </w:r>
      <w:r>
        <w:rPr>
          <w:b w:val="0"/>
          <w:i/>
          <w:color w:val="444444"/>
          <w:sz w:val="21"/>
          <w:highlight w:val="yellow"/>
        </w:rPr>
        <w:t>[ORG EMAIL]</w:t>
      </w:r>
      <w:r>
        <w:rPr>
          <w:b w:val="0"/>
          <w:i/>
          <w:color w:val="444444"/>
          <w:sz w:val="21"/>
        </w:rPr>
        <w:t xml:space="preserve"> or </w:t>
      </w:r>
      <w:r>
        <w:rPr>
          <w:b w:val="0"/>
          <w:i/>
          <w:color w:val="444444"/>
          <w:sz w:val="21"/>
          <w:highlight w:val="yellow"/>
        </w:rPr>
        <w:t>[FAX/SECURE UPLOAD]</w:t>
      </w:r>
      <w:r>
        <w:rPr>
          <w:b w:val="0"/>
          <w:i/>
          <w:color w:val="444444"/>
          <w:sz w:val="21"/>
        </w:rPr>
        <w:t xml:space="preserve">, or call </w:t>
      </w:r>
      <w:r>
        <w:rPr>
          <w:b w:val="0"/>
          <w:i/>
          <w:color w:val="444444"/>
          <w:sz w:val="21"/>
          <w:highlight w:val="yellow"/>
        </w:rPr>
        <w:t>[INTAKE PHONE]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48"/>
      </w:tblGrid>
      <w:tr>
        <w:tc>
          <w:tcPr>
            <w:tcW w:type="dxa" w:w="9648"/>
            <w:shd w:val="clear" w:color="auto" w:fill="FFF4D6"/>
          </w:tcPr>
          <w:p>
            <w:r/>
            <w:r>
              <w:rPr>
                <w:b w:val="0"/>
                <w:i w:val="0"/>
                <w:sz w:val="19"/>
              </w:rPr>
              <w:t xml:space="preserve">Please send only with the applicant's </w:t>
            </w:r>
            <w:r>
              <w:rPr>
                <w:b/>
                <w:i w:val="0"/>
                <w:sz w:val="19"/>
              </w:rPr>
              <w:t>signed consent</w:t>
            </w:r>
            <w:r>
              <w:rPr>
                <w:b w:val="0"/>
                <w:i w:val="0"/>
                <w:sz w:val="19"/>
              </w:rPr>
              <w:t xml:space="preserve"> to share this information with Way of Life Ministry. If the information comes from a 42 CFR Part 2 program, include your program's consent and the re-disclosure notice.</w:t>
            </w:r>
          </w:p>
        </w:tc>
      </w:tr>
    </w:tbl>
    <w:p>
      <w:pPr>
        <w:spacing w:after="0"/>
      </w:pPr>
    </w:p>
    <w:p>
      <w:pPr>
        <w:pStyle w:val="Heading3"/>
      </w:pPr>
      <w:r>
        <w:rPr>
          <w:b w:val="0"/>
          <w:i w:val="0"/>
        </w:rPr>
        <w:t>Referring partner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</w:tcPr>
          <w:p>
            <w:r/>
            <w:r>
              <w:rPr>
                <w:b w:val="0"/>
                <w:i w:val="0"/>
                <w:sz w:val="19"/>
              </w:rPr>
              <w:t>Agency: ____________________________</w:t>
            </w:r>
          </w:p>
        </w:tc>
        <w:tc>
          <w:tcPr>
            <w:tcW w:type="dxa" w:w="4824"/>
          </w:tcPr>
          <w:p>
            <w:r/>
            <w:r>
              <w:rPr>
                <w:b w:val="0"/>
                <w:i w:val="0"/>
                <w:sz w:val="19"/>
              </w:rPr>
              <w:t>Your name &amp; title: _________________</w:t>
            </w:r>
          </w:p>
        </w:tc>
      </w:tr>
      <w:tr>
        <w:tc>
          <w:tcPr>
            <w:tcW w:type="dxa" w:w="4824"/>
          </w:tcPr>
          <w:p>
            <w:r/>
            <w:r>
              <w:rPr>
                <w:b w:val="0"/>
                <w:i w:val="0"/>
                <w:sz w:val="19"/>
              </w:rPr>
              <w:t>Phone: _____________________________</w:t>
            </w:r>
          </w:p>
        </w:tc>
        <w:tc>
          <w:tcPr>
            <w:tcW w:type="dxa" w:w="4824"/>
          </w:tcPr>
          <w:p>
            <w:r/>
            <w:r>
              <w:rPr>
                <w:b w:val="0"/>
                <w:i w:val="0"/>
                <w:sz w:val="19"/>
              </w:rPr>
              <w:t>Email: _____________________________</w:t>
            </w:r>
          </w:p>
        </w:tc>
      </w:tr>
      <w:tr>
        <w:tc>
          <w:tcPr>
            <w:tcW w:type="dxa" w:w="4824"/>
          </w:tcPr>
          <w:p>
            <w:r/>
            <w:r>
              <w:rPr>
                <w:b w:val="0"/>
                <w:i w:val="0"/>
                <w:sz w:val="19"/>
              </w:rPr>
              <w:t>Date: ______________________________</w:t>
            </w:r>
          </w:p>
        </w:tc>
        <w:tc>
          <w:tcPr>
            <w:tcW w:type="dxa" w:w="4824"/>
          </w:tcPr>
          <w:p>
            <w:r/>
            <w:r>
              <w:rPr>
                <w:b w:val="0"/>
                <w:i w:val="0"/>
                <w:sz w:val="19"/>
              </w:rPr>
              <w:t>Best time to reach you: ____________</w:t>
            </w:r>
          </w:p>
        </w:tc>
      </w:tr>
    </w:tbl>
    <w:p>
      <w:pPr>
        <w:spacing w:after="0"/>
      </w:pPr>
    </w:p>
    <w:p>
      <w:pPr>
        <w:pStyle w:val="Heading3"/>
      </w:pPr>
      <w:r>
        <w:rPr>
          <w:b w:val="0"/>
          <w:i w:val="0"/>
        </w:rPr>
        <w:t>Applicant (prospective resident)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</w:tcPr>
          <w:p>
            <w:r/>
            <w:r>
              <w:rPr>
                <w:b w:val="0"/>
                <w:i w:val="0"/>
                <w:sz w:val="19"/>
              </w:rPr>
              <w:t>Applicant name: ____________________</w:t>
            </w:r>
          </w:p>
        </w:tc>
        <w:tc>
          <w:tcPr>
            <w:tcW w:type="dxa" w:w="4824"/>
          </w:tcPr>
          <w:p>
            <w:r/>
            <w:r>
              <w:rPr>
                <w:b w:val="0"/>
                <w:i w:val="0"/>
                <w:sz w:val="19"/>
              </w:rPr>
              <w:t>Date of birth: _____________________</w:t>
            </w:r>
          </w:p>
        </w:tc>
      </w:tr>
      <w:tr>
        <w:tc>
          <w:tcPr>
            <w:tcW w:type="dxa" w:w="4824"/>
          </w:tcPr>
          <w:p>
            <w:r/>
            <w:r>
              <w:rPr>
                <w:b w:val="0"/>
                <w:i w:val="0"/>
                <w:sz w:val="19"/>
              </w:rPr>
              <w:t>Phone: _____________________________</w:t>
            </w:r>
          </w:p>
        </w:tc>
        <w:tc>
          <w:tcPr>
            <w:tcW w:type="dxa" w:w="4824"/>
          </w:tcPr>
          <w:p>
            <w:r/>
            <w:r>
              <w:rPr>
                <w:b w:val="0"/>
                <w:i w:val="0"/>
                <w:sz w:val="19"/>
              </w:rPr>
              <w:t>Gender: ____________________________</w:t>
            </w:r>
          </w:p>
        </w:tc>
      </w:tr>
      <w:tr>
        <w:tc>
          <w:tcPr>
            <w:tcW w:type="dxa" w:w="4824"/>
          </w:tcPr>
          <w:p>
            <w:r/>
            <w:r>
              <w:rPr>
                <w:b w:val="0"/>
                <w:i w:val="0"/>
                <w:sz w:val="19"/>
              </w:rPr>
              <w:t>Current location (program / hospital / shelter): ________</w:t>
            </w:r>
          </w:p>
        </w:tc>
        <w:tc>
          <w:tcPr>
            <w:tcW w:type="dxa" w:w="4824"/>
          </w:tcPr>
          <w:p>
            <w:r/>
            <w:r>
              <w:rPr>
                <w:b w:val="0"/>
                <w:i w:val="0"/>
                <w:sz w:val="19"/>
              </w:rPr>
              <w:t>Expected discharge / available date: ________</w:t>
            </w:r>
          </w:p>
        </w:tc>
      </w:tr>
    </w:tbl>
    <w:p>
      <w:pPr>
        <w:spacing w:after="0"/>
      </w:pPr>
    </w:p>
    <w:p>
      <w:r>
        <w:rPr>
          <w:b w:val="0"/>
          <w:i w:val="0"/>
        </w:rPr>
        <w:t>Veteran?  ☐ Yes  ☐ No     VA enrolled?  ☐ Yes  ☐ No     SSVF / HUD-VASH involved?  ☐ Yes  ☐ No</w:t>
      </w:r>
    </w:p>
    <w:p>
      <w:r>
        <w:rPr>
          <w:b w:val="0"/>
          <w:i w:val="0"/>
        </w:rPr>
        <w:t>Current level of care:  ☐ Detox  ☐ Residential  ☐ PHP  ☐ IOP  ☐ Outpatient  ☐ Inpatient psych  ☐ ED  ☐ Shelter  ☐ Incarcerated / reentry  ☐ Other: ______</w:t>
      </w:r>
    </w:p>
    <w:p>
      <w:r>
        <w:rPr>
          <w:b w:val="0"/>
          <w:i w:val="0"/>
        </w:rPr>
        <w:t>Primary substance(s): __________________   Date of last use: __________</w:t>
      </w:r>
    </w:p>
    <w:p>
      <w:r>
        <w:rPr>
          <w:b w:val="0"/>
          <w:i w:val="0"/>
        </w:rPr>
        <w:t>On MAT?  ☐ No  ☐ Buprenorphine  ☐ Methadone  ☐ Naltrexone   Prescriber / clinic: __________________</w:t>
      </w:r>
    </w:p>
    <w:p>
      <w:r>
        <w:rPr>
          <w:b w:val="0"/>
          <w:i w:val="0"/>
        </w:rPr>
        <w:t>Medically stable and not in withdrawal?  ☐ Yes  ☐ No      Able to manage own meds and daily living?  ☐ Yes  ☐ No</w:t>
      </w:r>
    </w:p>
    <w:p>
      <w:r>
        <w:rPr>
          <w:b w:val="0"/>
          <w:i w:val="0"/>
        </w:rPr>
        <w:t>Court / probation / parole involvement?  ☐ No  ☐ Yes – contact: ____________________</w:t>
      </w:r>
    </w:p>
    <w:p>
      <w:r>
        <w:rPr>
          <w:b w:val="0"/>
          <w:i w:val="0"/>
        </w:rPr>
        <w:t>Payment source:  ☐ Self / employment  ☐ SSI/SSDI  ☐ GA  ☐ SSVF  ☐ Scholarship (source: ______)  ☐ Family  ☐ Unknown</w:t>
      </w:r>
    </w:p>
    <w:p>
      <w:r>
        <w:rPr>
          <w:b w:val="0"/>
          <w:i w:val="0"/>
        </w:rPr>
        <w:t>Ongoing outpatient / recovery supports after move-in: __________________</w:t>
      </w:r>
    </w:p>
    <w:p>
      <w:r>
        <w:rPr>
          <w:b w:val="0"/>
          <w:i w:val="0"/>
        </w:rPr>
        <w:t>Anything we should know to support this person well: ___________________</w:t>
      </w:r>
    </w:p>
    <w:p>
      <w:r>
        <w:rPr>
          <w:b w:val="0"/>
          <w:i w:val="0"/>
        </w:rPr>
        <w:t>☐ Applicant's consent to share information with Way of Life Ministry is attached / on file.</w:t>
      </w:r>
    </w:p>
    <w:p>
      <w:r>
        <w:rPr>
          <w:b/>
          <w:i w:val="0"/>
          <w:sz w:val="18"/>
        </w:rPr>
        <w:t>We do not pay for or accept payment for referrals.</w:t>
      </w:r>
      <w:r>
        <w:rPr>
          <w:b w:val="0"/>
          <w:i w:val="0"/>
          <w:sz w:val="18"/>
        </w:rPr>
        <w:t xml:space="preserve"> Way of Life Ministry does not offer or accept money, gifts, free rent, or anything of value in exchange for referrals.</w:t>
      </w:r>
    </w:p>
    <w:p/>
    <w:p>
      <w:r>
        <w:rPr>
          <w:b w:val="0"/>
          <w:i w:val="0"/>
        </w:rPr>
        <w:t>____________________________________________     Date: ______________</w:t>
      </w:r>
    </w:p>
    <w:p>
      <w:r>
        <w:rPr>
          <w:b w:val="0"/>
          <w:i w:val="0"/>
          <w:sz w:val="18"/>
        </w:rPr>
        <w:t>Referring staff signature</w:t>
      </w:r>
    </w:p>
    <w:p>
      <w:pPr>
        <w:pStyle w:val="Heading3"/>
      </w:pPr>
      <w:r>
        <w:rPr>
          <w:b w:val="0"/>
          <w:i w:val="0"/>
        </w:rPr>
        <w:t>Way of Life Ministry use only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</w:tcPr>
          <w:p>
            <w:r/>
            <w:r>
              <w:rPr>
                <w:b w:val="0"/>
                <w:i w:val="0"/>
                <w:sz w:val="19"/>
              </w:rPr>
              <w:t>Received: __________________________</w:t>
            </w:r>
          </w:p>
        </w:tc>
        <w:tc>
          <w:tcPr>
            <w:tcW w:type="dxa" w:w="4824"/>
          </w:tcPr>
          <w:p>
            <w:r/>
            <w:r>
              <w:rPr>
                <w:b w:val="0"/>
                <w:i w:val="0"/>
                <w:sz w:val="19"/>
              </w:rPr>
              <w:t>Screened by: _______________________</w:t>
            </w:r>
          </w:p>
        </w:tc>
      </w:tr>
      <w:tr>
        <w:tc>
          <w:tcPr>
            <w:tcW w:type="dxa" w:w="4824"/>
          </w:tcPr>
          <w:p>
            <w:r/>
            <w:r>
              <w:rPr>
                <w:b w:val="0"/>
                <w:i w:val="0"/>
                <w:sz w:val="19"/>
              </w:rPr>
              <w:t>Interview date: ____________________</w:t>
            </w:r>
          </w:p>
        </w:tc>
        <w:tc>
          <w:tcPr>
            <w:tcW w:type="dxa" w:w="4824"/>
          </w:tcPr>
          <w:p>
            <w:r/>
            <w:r>
              <w:rPr>
                <w:b w:val="0"/>
                <w:i w:val="0"/>
                <w:sz w:val="19"/>
              </w:rPr>
              <w:t>Decision: __________________________</w:t>
            </w:r>
          </w:p>
        </w:tc>
      </w:tr>
      <w:tr>
        <w:tc>
          <w:tcPr>
            <w:tcW w:type="dxa" w:w="4824"/>
          </w:tcPr>
          <w:p>
            <w:r/>
            <w:r>
              <w:rPr>
                <w:b w:val="0"/>
                <w:i w:val="0"/>
                <w:sz w:val="19"/>
              </w:rPr>
              <w:t>Move-in date: ______________________</w:t>
            </w:r>
          </w:p>
        </w:tc>
        <w:tc>
          <w:tcPr>
            <w:tcW w:type="dxa" w:w="4824"/>
          </w:tcPr>
          <w:p>
            <w:r/>
            <w:r>
              <w:rPr>
                <w:b w:val="0"/>
                <w:i w:val="0"/>
                <w:sz w:val="19"/>
              </w:rPr>
              <w:t>Partner notified (date): ___________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296" w:bottom="1008" w:left="1296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666666"/>
        <w:sz w:val="16"/>
      </w:rPr>
      <w:t xml:space="preserve">Way of Life Ministry • DRAFT for review – edit before use  •  Page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</w:tblPr>
    <w:tblGrid>
      <w:gridCol w:w="1008"/>
      <w:gridCol w:w="8352"/>
    </w:tblGrid>
    <w:tr>
      <w:tc>
        <w:tcPr>
          <w:tcW w:type="dxa" w:w="1008"/>
        </w:tcPr>
        <w:p>
          <w:r>
            <w:drawing>
              <wp:inline xmlns:a="http://schemas.openxmlformats.org/drawingml/2006/main" xmlns:pic="http://schemas.openxmlformats.org/drawingml/2006/picture">
                <wp:extent cx="370056" cy="4572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trim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0056" cy="4572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352"/>
        </w:tcPr>
        <w:p>
          <w:pPr>
            <w:spacing w:after="0"/>
          </w:pPr>
          <w:r>
            <w:rPr>
              <w:b/>
              <w:i w:val="0"/>
              <w:color w:val="1F3A5F"/>
              <w:sz w:val="20"/>
            </w:rPr>
            <w:t>Way of Life Ministry</w:t>
          </w:r>
        </w:p>
        <w:p>
          <w:r>
            <w:rPr>
              <w:b w:val="0"/>
              <w:i/>
              <w:color w:val="B0841E"/>
              <w:sz w:val="17"/>
            </w:rPr>
            <w:t>Saving One Soul at a Time</w:t>
          </w:r>
        </w:p>
      </w:tc>
    </w:tr>
  </w:tbl>
  <w:p>
    <w:pPr>
      <w:pStyle w:val="Header"/>
      <w:spacing w:after="0"/>
    </w:pPr>
    <w:r>
      <w:rPr>
        <w:sz w:val="4"/>
      </w:rPr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/>
      <w:outlineLvl w:val="0"/>
    </w:pPr>
    <w:rPr>
      <w:rFonts w:ascii="Arial" w:hAnsi="Arial"/>
      <w:b/>
      <w:bCs/>
      <w:color w:val="1F3A5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Arial" w:hAnsi="Arial"/>
      <w:b/>
      <w:bCs/>
      <w:color w:val="1F3A5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="Arial" w:hAnsi="Arial"/>
      <w:b/>
      <w:bCs/>
      <w:color w:val="1F3A5F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